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3A4DD" w14:textId="77777777" w:rsidR="004C20F7" w:rsidRDefault="0016120B" w:rsidP="00EC32F6">
      <w:r>
        <w:rPr>
          <w:noProof/>
        </w:rPr>
        <w:drawing>
          <wp:anchor distT="0" distB="0" distL="114300" distR="114300" simplePos="0" relativeHeight="251658240" behindDoc="1" locked="0" layoutInCell="1" allowOverlap="1" wp14:anchorId="75E8CB05" wp14:editId="2C2FB168">
            <wp:simplePos x="0" y="0"/>
            <wp:positionH relativeFrom="column">
              <wp:posOffset>1876425</wp:posOffset>
            </wp:positionH>
            <wp:positionV relativeFrom="paragraph">
              <wp:posOffset>-447675</wp:posOffset>
            </wp:positionV>
            <wp:extent cx="1723662" cy="217170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23662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EEC3B3" w14:textId="77777777" w:rsidR="00EC32F6" w:rsidRDefault="00EC32F6">
      <w:pPr>
        <w:jc w:val="center"/>
        <w:rPr>
          <w:b/>
          <w:color w:val="C00000"/>
          <w:sz w:val="40"/>
        </w:rPr>
      </w:pPr>
    </w:p>
    <w:p w14:paraId="5E7C2166" w14:textId="77777777" w:rsidR="00EC32F6" w:rsidRDefault="00EC32F6" w:rsidP="00EC32F6">
      <w:pPr>
        <w:rPr>
          <w:b/>
          <w:color w:val="C00000"/>
          <w:sz w:val="40"/>
        </w:rPr>
      </w:pPr>
    </w:p>
    <w:p w14:paraId="68B8A66C" w14:textId="46CDC144" w:rsidR="004C20F7" w:rsidRPr="00EC32F6" w:rsidRDefault="0016120B">
      <w:pPr>
        <w:jc w:val="center"/>
        <w:rPr>
          <w:sz w:val="32"/>
          <w:szCs w:val="32"/>
        </w:rPr>
      </w:pPr>
      <w:r w:rsidRPr="00EC32F6">
        <w:rPr>
          <w:b/>
          <w:color w:val="C00000"/>
          <w:sz w:val="32"/>
          <w:szCs w:val="32"/>
        </w:rPr>
        <w:t>ST. PAUL CATHOLIC SCHOOL</w:t>
      </w:r>
      <w:r w:rsidRPr="00EC32F6">
        <w:rPr>
          <w:b/>
          <w:color w:val="C00000"/>
          <w:sz w:val="32"/>
          <w:szCs w:val="32"/>
        </w:rPr>
        <w:br/>
        <w:t>School Council Nomination Form</w:t>
      </w:r>
      <w:r w:rsidRPr="00EC32F6">
        <w:rPr>
          <w:b/>
          <w:color w:val="C00000"/>
          <w:sz w:val="32"/>
          <w:szCs w:val="32"/>
        </w:rPr>
        <w:br/>
        <w:t>2026–2027 School Year</w:t>
      </w:r>
    </w:p>
    <w:p w14:paraId="718F15F2" w14:textId="77777777" w:rsidR="00EC32F6" w:rsidRDefault="0016120B">
      <w:pPr>
        <w:jc w:val="center"/>
      </w:pPr>
      <w:r w:rsidRPr="00EC32F6">
        <w:rPr>
          <w:b/>
          <w:color w:val="000000"/>
          <w:sz w:val="28"/>
          <w:szCs w:val="28"/>
        </w:rPr>
        <w:t>Be Part of Something Amazing!</w:t>
      </w:r>
      <w:r w:rsidR="00EC32F6" w:rsidRPr="00EC32F6">
        <w:t xml:space="preserve"> </w:t>
      </w:r>
    </w:p>
    <w:p w14:paraId="0ED56BE8" w14:textId="71980F47" w:rsidR="004C20F7" w:rsidRPr="00EC32F6" w:rsidRDefault="00EC32F6">
      <w:pPr>
        <w:jc w:val="center"/>
        <w:rPr>
          <w:sz w:val="28"/>
          <w:szCs w:val="28"/>
        </w:rPr>
      </w:pPr>
      <w:r w:rsidRPr="00EC32F6">
        <w:rPr>
          <w:b/>
          <w:bCs/>
          <w:sz w:val="28"/>
          <w:szCs w:val="28"/>
        </w:rPr>
        <w:t>First meeting: End of September 2026</w:t>
      </w:r>
    </w:p>
    <w:p w14:paraId="09E6DF58" w14:textId="14E2C96D" w:rsidR="004C20F7" w:rsidRDefault="0016120B">
      <w:r>
        <w:rPr>
          <w:b/>
        </w:rPr>
        <w:br/>
        <w:t xml:space="preserve">1. Self-Nomination (Nominate </w:t>
      </w:r>
      <w:proofErr w:type="gramStart"/>
      <w:r w:rsidR="00EC32F6">
        <w:rPr>
          <w:b/>
        </w:rPr>
        <w:t xml:space="preserve">Yourself)   </w:t>
      </w:r>
      <w:proofErr w:type="gramEnd"/>
      <w:r w:rsidR="00EC32F6">
        <w:rPr>
          <w:b/>
        </w:rPr>
        <w:t xml:space="preserve">     </w:t>
      </w:r>
      <w:r>
        <w:t>Name: __________________________</w:t>
      </w:r>
    </w:p>
    <w:p w14:paraId="7912EACA" w14:textId="77777777" w:rsidR="004C20F7" w:rsidRDefault="0016120B" w:rsidP="00EC32F6">
      <w:pPr>
        <w:spacing w:after="120"/>
      </w:pPr>
      <w:r>
        <w:t>☐</w:t>
      </w:r>
      <w:r>
        <w:t xml:space="preserve"> Chair    ☐ Vice-Chair    ☐ Secretary</w:t>
      </w:r>
    </w:p>
    <w:p w14:paraId="7ECFA409" w14:textId="69739057" w:rsidR="004C20F7" w:rsidRDefault="0016120B">
      <w:r>
        <w:rPr>
          <w:b/>
        </w:rPr>
        <w:br/>
        <w:t>2. Nominate Another Parent/Guardian</w:t>
      </w:r>
      <w:r w:rsidR="00EC32F6">
        <w:rPr>
          <w:b/>
        </w:rPr>
        <w:t xml:space="preserve">           </w:t>
      </w:r>
      <w:r>
        <w:t>Name: __________________________</w:t>
      </w:r>
    </w:p>
    <w:p w14:paraId="7ED4F795" w14:textId="77777777" w:rsidR="004C20F7" w:rsidRDefault="0016120B" w:rsidP="00EC32F6">
      <w:pPr>
        <w:spacing w:after="120"/>
      </w:pPr>
      <w:r>
        <w:t>☐</w:t>
      </w:r>
      <w:r>
        <w:t xml:space="preserve"> Chair    ☐ Vice-Chair    ☐ Secretary</w:t>
      </w:r>
    </w:p>
    <w:p w14:paraId="4B2B1B2B" w14:textId="77777777" w:rsidR="004C20F7" w:rsidRDefault="0016120B" w:rsidP="00EC32F6">
      <w:pPr>
        <w:spacing w:after="120"/>
      </w:pPr>
      <w:r>
        <w:rPr>
          <w:b/>
        </w:rPr>
        <w:br/>
        <w:t>3. Parent Representative (Non-Elected)</w:t>
      </w:r>
    </w:p>
    <w:p w14:paraId="44E3F879" w14:textId="77777777" w:rsidR="00EC32F6" w:rsidRDefault="0016120B" w:rsidP="00EC32F6">
      <w:pPr>
        <w:spacing w:after="0"/>
      </w:pPr>
      <w:r>
        <w:t>☐</w:t>
      </w:r>
      <w:r>
        <w:t xml:space="preserve"> Parent Representative</w:t>
      </w:r>
    </w:p>
    <w:p w14:paraId="4DD89235" w14:textId="38663AA1" w:rsidR="004C20F7" w:rsidRDefault="0016120B" w:rsidP="00EC32F6">
      <w:pPr>
        <w:spacing w:after="120"/>
      </w:pPr>
      <w:r>
        <w:br/>
        <w:t>Board Employee:</w:t>
      </w:r>
    </w:p>
    <w:p w14:paraId="086DDA31" w14:textId="77777777" w:rsidR="004C20F7" w:rsidRDefault="0016120B">
      <w:r>
        <w:t>☐</w:t>
      </w:r>
      <w:r>
        <w:t xml:space="preserve"> Yes    ☐ No</w:t>
      </w:r>
    </w:p>
    <w:p w14:paraId="79584298" w14:textId="4F872124" w:rsidR="004C20F7" w:rsidRDefault="0016120B">
      <w:r>
        <w:rPr>
          <w:b/>
        </w:rPr>
        <w:t>Parent/Guardian Information</w:t>
      </w:r>
    </w:p>
    <w:p w14:paraId="49FFB548" w14:textId="0E1CCFDB" w:rsidR="004C20F7" w:rsidRDefault="0016120B">
      <w:r>
        <w:t>Name: __________________________</w:t>
      </w:r>
      <w:r w:rsidR="00EC32F6">
        <w:t xml:space="preserve">                     Children at St. Paul: ___________________________________</w:t>
      </w:r>
    </w:p>
    <w:p w14:paraId="71DA72EE" w14:textId="0D9BB739" w:rsidR="004C20F7" w:rsidRDefault="0016120B">
      <w:r>
        <w:t>Address: _______________________</w:t>
      </w:r>
      <w:r w:rsidR="00EC32F6">
        <w:t>____________________                            ___________________________________</w:t>
      </w:r>
    </w:p>
    <w:p w14:paraId="64780441" w14:textId="7DBEDB7B" w:rsidR="004C20F7" w:rsidRDefault="0016120B">
      <w:r>
        <w:t>Phone: _________________________</w:t>
      </w:r>
      <w:r w:rsidR="00EC32F6">
        <w:t xml:space="preserve">__                                                           ___________________________________              </w:t>
      </w:r>
    </w:p>
    <w:p w14:paraId="6B480BC0" w14:textId="3363B7AA" w:rsidR="004C20F7" w:rsidRDefault="0016120B">
      <w:r>
        <w:t>Email: _________________________</w:t>
      </w:r>
      <w:r w:rsidR="00EC32F6">
        <w:t>_______________________                        ___________________________________</w:t>
      </w:r>
    </w:p>
    <w:p w14:paraId="6BA85A45" w14:textId="77777777" w:rsidR="00EC32F6" w:rsidRDefault="00EC32F6" w:rsidP="00EC32F6">
      <w:pPr>
        <w:jc w:val="center"/>
        <w:rPr>
          <w:b/>
          <w:color w:val="C00000"/>
        </w:rPr>
      </w:pPr>
    </w:p>
    <w:p w14:paraId="55C4B1E0" w14:textId="20FB819E" w:rsidR="004C20F7" w:rsidRDefault="0016120B" w:rsidP="00EC32F6">
      <w:pPr>
        <w:jc w:val="center"/>
      </w:pPr>
      <w:r>
        <w:rPr>
          <w:b/>
          <w:color w:val="C00000"/>
        </w:rPr>
        <w:t>Together, We Can Make a Difference!</w:t>
      </w:r>
    </w:p>
    <w:sectPr w:rsidR="004C20F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89323709">
    <w:abstractNumId w:val="8"/>
  </w:num>
  <w:num w:numId="2" w16cid:durableId="564295543">
    <w:abstractNumId w:val="6"/>
  </w:num>
  <w:num w:numId="3" w16cid:durableId="803160516">
    <w:abstractNumId w:val="5"/>
  </w:num>
  <w:num w:numId="4" w16cid:durableId="1668241313">
    <w:abstractNumId w:val="4"/>
  </w:num>
  <w:num w:numId="5" w16cid:durableId="1750734049">
    <w:abstractNumId w:val="7"/>
  </w:num>
  <w:num w:numId="6" w16cid:durableId="1643274002">
    <w:abstractNumId w:val="3"/>
  </w:num>
  <w:num w:numId="7" w16cid:durableId="2109501642">
    <w:abstractNumId w:val="2"/>
  </w:num>
  <w:num w:numId="8" w16cid:durableId="1162231411">
    <w:abstractNumId w:val="1"/>
  </w:num>
  <w:num w:numId="9" w16cid:durableId="1134524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D79B4"/>
    <w:rsid w:val="0015074B"/>
    <w:rsid w:val="0016120B"/>
    <w:rsid w:val="0029639D"/>
    <w:rsid w:val="00326F90"/>
    <w:rsid w:val="003743AB"/>
    <w:rsid w:val="004C20F7"/>
    <w:rsid w:val="007803A5"/>
    <w:rsid w:val="00AA1D8D"/>
    <w:rsid w:val="00B47730"/>
    <w:rsid w:val="00CB0664"/>
    <w:rsid w:val="00CC75AF"/>
    <w:rsid w:val="00EC32F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4F3789"/>
  <w14:defaultImageDpi w14:val="300"/>
  <w15:docId w15:val="{8E22442C-D114-8E48-B225-FDC385292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Derek Radey</cp:lastModifiedBy>
  <cp:revision>2</cp:revision>
  <cp:lastPrinted>2026-05-01T18:55:00Z</cp:lastPrinted>
  <dcterms:created xsi:type="dcterms:W3CDTF">2026-08-25T12:33:00Z</dcterms:created>
  <dcterms:modified xsi:type="dcterms:W3CDTF">2026-08-25T12:33:00Z</dcterms:modified>
  <cp:category/>
</cp:coreProperties>
</file>